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HOJA DE LIQUIDACIÓN DE KILOMETRAJE</w:t>
      </w:r>
    </w:p>
    <w:p/>
    <w:p>
      <w:pPr>
        <w:jc w:val="right"/>
      </w:pPr>
      <w:r>
        <w:t>Mes: ______________  Año: ________</w:t>
      </w:r>
    </w:p>
    <w:p>
      <w:r>
        <w:rPr>
          <w:b/>
          <w:color w:val="1E386B"/>
          <w:sz w:val="26"/>
        </w:rPr>
        <w:t>DATOS DEL TRABAJADOR</w:t>
      </w:r>
    </w:p>
    <w:p>
      <w:r>
        <w:t>Nombre y apellidos: ____________________________________________</w:t>
      </w:r>
    </w:p>
    <w:p>
      <w:r>
        <w:t>DNI/NIE: ________________   Empresa: ____________________________</w:t>
      </w:r>
    </w:p>
    <w:p>
      <w:r>
        <w:t>Centro de trabajo habitual: _____________________________________</w:t>
      </w:r>
    </w:p>
    <w:p>
      <w:r>
        <w:t>Vehículo (marca, modelo y matrícula): ____________________________</w:t>
      </w:r>
    </w:p>
    <w:p>
      <w:r>
        <w:rPr>
          <w:b/>
          <w:color w:val="1E386B"/>
          <w:sz w:val="26"/>
        </w:rPr>
        <w:t>DESPLAZAMIENTOS DE TRABAJO</w:t>
      </w:r>
    </w:p>
    <w:p>
      <w:r>
        <w:t>Anota solo los viajes fuera de tu centro de trabajo habitual para trabajar en otro lugar. El trayecto de casa al trabajo no cuenta.</w:t>
      </w:r>
    </w:p>
    <w:p>
      <w:r>
        <w:t>1. Fecha: ________  Origen: ________________  Destino: ________________</w:t>
        <w:br/>
        <w:t>Motivo: ______________________________  Km: ______  Peaje/aparcamiento: ______ €</w:t>
      </w:r>
    </w:p>
    <w:p>
      <w:r>
        <w:t>2. Fecha: ________  Origen: ________________  Destino: ________________</w:t>
        <w:br/>
        <w:t>Motivo: ______________________________  Km: ______  Peaje/aparcamiento: ______ €</w:t>
      </w:r>
    </w:p>
    <w:p>
      <w:r>
        <w:t>3. Fecha: ________  Origen: ________________  Destino: ________________</w:t>
        <w:br/>
        <w:t>Motivo: ______________________________  Km: ______  Peaje/aparcamiento: ______ €</w:t>
      </w:r>
    </w:p>
    <w:p>
      <w:r>
        <w:t>4. Fecha: ________  Origen: ________________  Destino: ________________</w:t>
        <w:br/>
        <w:t>Motivo: ______________________________  Km: ______  Peaje/aparcamiento: ______ €</w:t>
      </w:r>
    </w:p>
    <w:p>
      <w:r>
        <w:t>5. Fecha: ________  Origen: ________________  Destino: ________________</w:t>
        <w:br/>
        <w:t>Motivo: ______________________________  Km: ______  Peaje/aparcamiento: ______ €</w:t>
      </w:r>
    </w:p>
    <w:p>
      <w:r>
        <w:t>6. Fecha: ________  Origen: ________________  Destino: ________________</w:t>
        <w:br/>
        <w:t>Motivo: ______________________________  Km: ______  Peaje/aparcamiento: ______ €</w:t>
      </w:r>
    </w:p>
    <w:p>
      <w:r>
        <w:t>7. Fecha: ________  Origen: ________________  Destino: ________________</w:t>
        <w:br/>
        <w:t>Motivo: ______________________________  Km: ______  Peaje/aparcamiento: ______ €</w:t>
      </w:r>
    </w:p>
    <w:p>
      <w:r>
        <w:t>8. Fecha: ________  Origen: ________________  Destino: ________________</w:t>
        <w:br/>
        <w:t>Motivo: ______________________________  Km: ______  Peaje/aparcamiento: ______ €</w:t>
      </w:r>
    </w:p>
    <w:p>
      <w:r>
        <w:rPr>
          <w:b/>
          <w:color w:val="1E386B"/>
          <w:sz w:val="26"/>
        </w:rPr>
        <w:t>TOTALES DEL MES</w:t>
      </w:r>
    </w:p>
    <w:p>
      <w:r>
        <w:t>Total de kilómetros: ________ km</w:t>
      </w:r>
    </w:p>
    <w:p>
      <w:r>
        <w:t>Kilometraje (km x precio pactado de ______ €/km): ________ €</w:t>
      </w:r>
    </w:p>
    <w:p>
      <w:r>
        <w:t>Peajes y aparcamiento justificados (adjunta los tickets): ________ €</w:t>
      </w:r>
    </w:p>
    <w:p>
      <w:r>
        <w:t>Total a liquidar: ________ €</w:t>
      </w:r>
    </w:p>
    <w:p>
      <w:r>
        <w:t>Referencia en el régimen común del IRPF: exento hasta 0,26 € por km recorrido, más peajes y aparcamiento justificados, siempre que se justifique la realidad del desplazamiento. En Bizkaia y Gipuzkoa el tope es 0,29 €/km y en Navarra 0,36 €/km. Lo que pase del tope tributa en IRPF y, a partir de 0,26 €/km, cotiza a la Seguridad Social en todos los territorios.</w:t>
      </w:r>
    </w:p>
    <w:p/>
    <w:p>
      <w:r>
        <w:t>Firma del trabajador:                    Conforme, la empresa:</w:t>
        <w:br/>
        <w:br/>
        <w:t>Fdo.: ____________________             Fdo.: ____________________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