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37360" cy="35945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tus-ayudas-blu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59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hyperlink r:id="rId10">
        <w:r>
          <w:rPr>
            <w:color w:val="1a6ef0"/>
            <w:u w:val="single"/>
          </w:rPr>
          <w:t>tus-ayudas.es</w:t>
        </w:r>
      </w:hyperlink>
    </w:p>
    <w:p>
      <w:pPr>
        <w:jc w:val="center"/>
      </w:pPr>
      <w:r>
        <w:rPr>
          <w:b/>
          <w:color w:val="1E386B"/>
          <w:sz w:val="30"/>
        </w:rPr>
        <w:t>RECLAMACIÓN AL SERVICIO DE ATENCIÓN AL CLIENTE POR TARJETA REVOLVING</w:t>
      </w:r>
    </w:p>
    <w:p/>
    <w:p>
      <w:pPr>
        <w:jc w:val="right"/>
      </w:pPr>
      <w:r>
        <w:t>En ____________________, a ____ de ______________ de ________</w:t>
      </w:r>
    </w:p>
    <w:p>
      <w:r>
        <w:rPr>
          <w:b/>
          <w:color w:val="1E386B"/>
          <w:sz w:val="26"/>
        </w:rPr>
        <w:t>DATOS DE LA PERSONA QUE RECLAMA</w:t>
      </w:r>
    </w:p>
    <w:p>
      <w:r>
        <w:t>Nombre y apellidos: ________________________________________</w:t>
      </w:r>
    </w:p>
    <w:p>
      <w:r>
        <w:t>DNI/NIE: ____________________</w:t>
      </w:r>
    </w:p>
    <w:p>
      <w:r>
        <w:t>Domicilio: ______________________________________________</w:t>
      </w:r>
    </w:p>
    <w:p>
      <w:r>
        <w:t>Teléfono y correo electrónico: ______________________________</w:t>
      </w:r>
    </w:p>
    <w:p>
      <w:r>
        <w:rPr>
          <w:b/>
          <w:color w:val="1E386B"/>
          <w:sz w:val="26"/>
        </w:rPr>
        <w:t>ENTIDAD Y TARJETA</w:t>
      </w:r>
    </w:p>
    <w:p>
      <w:r>
        <w:t>Entidad: ________________________________________</w:t>
      </w:r>
    </w:p>
    <w:p>
      <w:r>
        <w:t>Dirigido a: Servicio de Atención al Cliente (o Defensor del Cliente, si lo tiene)</w:t>
      </w:r>
    </w:p>
    <w:p>
      <w:r>
        <w:t>Oficina o canal donde contraté la tarjeta: ______________________</w:t>
      </w:r>
    </w:p>
    <w:p>
      <w:r>
        <w:t>Número de contrato o de tarjeta: ______________________</w:t>
      </w:r>
    </w:p>
    <w:p>
      <w:r>
        <w:t>Fecha del contrato: ______________ · TAE que figura en el contrato: ______ %</w:t>
      </w:r>
    </w:p>
    <w:p>
      <w:r>
        <w:rPr>
          <w:b/>
          <w:color w:val="1E386B"/>
          <w:sz w:val="26"/>
        </w:rPr>
        <w:t>MOTIVO DE LA RECLAMACIÓN</w:t>
      </w:r>
    </w:p>
    <w:p>
      <w:r>
        <w:t>Soy titular de una tarjeta de crédito con pago aplazado (revolving) contratada con su entidad en la fecha indicada, con la TAE que figura arriba.</w:t>
      </w:r>
    </w:p>
    <w:p>
      <w:r>
        <w:t>Considero que ese interés es notablemente superior al normal del dinero y manifiestamente desproporcionado. Según el criterio del Tribunal Supremo, la TAE debe compararse con el tipo medio de las tarjetas de crédito y revolving publicado por el Banco de España en la fecha del contrato, que fue del ______ %.</w:t>
      </w:r>
    </w:p>
    <w:p>
      <w:r>
        <w:t>Además, al contratar no se me explicó con claridad cómo funcionaban los intereses ni la amortización de la deuda (borra esta frase si no es tu caso).</w:t>
      </w:r>
    </w:p>
    <w:p>
      <w:r>
        <w:rPr>
          <w:b/>
          <w:color w:val="1E386B"/>
          <w:sz w:val="26"/>
        </w:rPr>
        <w:t>SOLICITO</w:t>
      </w:r>
    </w:p>
    <w:p>
      <w:r>
        <w:t>1. Que reconozcan el carácter usurario del interés de la tarjeta y, en consecuencia, que solo deba devolver el capital dispuesto, y que me devuelvan todo lo que haya pagado por encima de ese capital (intereses, comisiones y demás cargos).</w:t>
      </w:r>
    </w:p>
    <w:p>
      <w:r>
        <w:t>2. Subsidiariamente, que se tenga por no puesta la cláusula de intereses por falta de transparencia (borra este punto si no es tu caso).</w:t>
      </w:r>
    </w:p>
    <w:p>
      <w:r>
        <w:t>3. Que me faciliten copia del contrato y el detalle de los intereses y comisiones cobrados en cada liquidación desde el inicio.</w:t>
      </w:r>
    </w:p>
    <w:p>
      <w:r>
        <w:rPr>
          <w:b/>
          <w:color w:val="1E386B"/>
          <w:sz w:val="26"/>
        </w:rPr>
        <w:t>DECLARACIÓN</w:t>
      </w:r>
    </w:p>
    <w:p>
      <w:r>
        <w:t>Declaro que no tengo conocimiento de que la materia objeto de esta reclamación esté siendo tramitada en un procedimiento administrativo, arbitral o judicial.</w:t>
      </w:r>
    </w:p>
    <w:p>
      <w:r>
        <w:rPr>
          <w:b/>
          <w:color w:val="1E386B"/>
          <w:sz w:val="26"/>
        </w:rPr>
        <w:t>DOCUMENTOS QUE ADJUNTO</w:t>
      </w:r>
    </w:p>
    <w:p>
      <w:r>
        <w:t>Copia del DNI/NIE.</w:t>
      </w:r>
    </w:p>
    <w:p>
      <w:r>
        <w:t>Copia del contrato o, si no lo tengo, de los extractos de la tarjeta.</w:t>
      </w:r>
    </w:p>
    <w:p>
      <w:r>
        <w:t>Otros: ______________________________________________</w:t>
      </w:r>
    </w:p>
    <w:p>
      <w:r>
        <w:t>Les recuerdo que deben acusar recibo por escrito de esta reclamación, asignarle una clave identificativa y resolverla en el plazo máximo de un mes desde su presentación. Si no la resuelven en ese plazo o la desestiman, podré acudir al Banco de España.</w:t>
      </w:r>
    </w:p>
    <w:p/>
    <w:p>
      <w:r>
        <w:t>Firma:</w:t>
        <w:br/>
        <w:br/>
        <w:br/>
        <w:t>Fdo.: ______________________________</w:t>
      </w:r>
    </w:p>
    <w:p/>
    <w:p>
      <w:r>
        <w:rPr>
          <w:i/>
          <w:color w:val="787878"/>
          <w:sz w:val="17"/>
        </w:rPr>
        <w:t>Modelo orientativo elaborado por Tus Ayudas. No es asesoramiento jurídico: revisa tu contrato y adapta el texto a tu caso antes de presentarlo.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tus-ayudas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