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Modelo de factura</w:t>
      </w:r>
    </w:p>
    <w:p/>
    <w:p>
      <w:r>
        <w:t>Factura n.º ________   Serie: ________</w:t>
      </w:r>
    </w:p>
    <w:p>
      <w:r>
        <w:t>Fecha de expedición: ___/___/______   Fecha de la operación (si es distinta): ___/___/______</w:t>
      </w:r>
    </w:p>
    <w:p>
      <w:r>
        <w:rPr>
          <w:b/>
          <w:color w:val="1E386B"/>
          <w:sz w:val="26"/>
        </w:rPr>
        <w:t>Datos de quien emite la factura</w:t>
      </w:r>
    </w:p>
    <w:p>
      <w:r>
        <w:t>Nombre y apellidos o razón social: ______________________</w:t>
      </w:r>
    </w:p>
    <w:p>
      <w:r>
        <w:t>NIF: ______________________</w:t>
      </w:r>
    </w:p>
    <w:p>
      <w:r>
        <w:t>Domicilio: ______________________</w:t>
      </w:r>
    </w:p>
    <w:p>
      <w:r>
        <w:rPr>
          <w:b/>
          <w:color w:val="1E386B"/>
          <w:sz w:val="26"/>
        </w:rPr>
        <w:t>Datos del cliente</w:t>
      </w:r>
    </w:p>
    <w:p>
      <w:r>
        <w:t>Nombre y apellidos o razón social: ______________________</w:t>
      </w:r>
    </w:p>
    <w:p>
      <w:r>
        <w:t>NIF: ______________________</w:t>
      </w:r>
    </w:p>
    <w:p>
      <w:r>
        <w:t>Domicilio: ______________________</w:t>
      </w:r>
    </w:p>
    <w:p>
      <w:r>
        <w:rPr>
          <w:b/>
          <w:color w:val="1E386B"/>
          <w:sz w:val="26"/>
        </w:rPr>
        <w:t>Concepto</w:t>
      </w:r>
    </w:p>
    <w:p>
      <w:r>
        <w:t>Descripción · cantidad · precio unitario sin IVA · descuento · importe</w:t>
      </w:r>
    </w:p>
    <w:p>
      <w:r>
        <w:t>____________________________________________</w:t>
      </w:r>
    </w:p>
    <w:p>
      <w:r>
        <w:t>____________________________________________</w:t>
      </w:r>
    </w:p>
    <w:p>
      <w:r>
        <w:t>____________________________________________</w:t>
      </w:r>
    </w:p>
    <w:p>
      <w:r>
        <w:rPr>
          <w:b/>
          <w:color w:val="1E386B"/>
          <w:sz w:val="26"/>
        </w:rPr>
        <w:t>Importes</w:t>
      </w:r>
    </w:p>
    <w:p>
      <w:r>
        <w:t>Base imponible: ____________ €</w:t>
      </w:r>
    </w:p>
    <w:p>
      <w:r>
        <w:t>IVA (_____ %): ____________ €</w:t>
      </w:r>
    </w:p>
    <w:p>
      <w:r>
        <w:t>Recargo de equivalencia (_____ %), si procede: ____________ €</w:t>
      </w:r>
    </w:p>
    <w:p>
      <w:r>
        <w:t>Retención de IRPF (15 % o 7 %), si procede: − ____________ €</w:t>
      </w:r>
    </w:p>
    <w:p>
      <w:r>
        <w:t>TOTAL A COBRAR: ____________ €</w:t>
      </w:r>
    </w:p>
    <w:p>
      <w:r>
        <w:rPr>
          <w:b/>
          <w:color w:val="1E386B"/>
          <w:sz w:val="26"/>
        </w:rPr>
        <w:t>Menciones que pueden ser obligatorias</w:t>
      </w:r>
    </w:p>
    <w:p>
      <w:r>
        <w:t>Operación exenta de IVA (indica que está exenta o el precepto que la exime)</w:t>
      </w:r>
    </w:p>
    <w:p>
      <w:r>
        <w:t>Inversión del sujeto pasivo</w:t>
      </w:r>
    </w:p>
    <w:p>
      <w:r>
        <w:t>Régimen especial del criterio de caja</w:t>
      </w:r>
    </w:p>
    <w:p>
      <w:r>
        <w:t>Forma de pago y cuenta bancaria: ______________________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