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737360" cy="359454"/>
            <wp:docPr id="1" name="Picture 1"/>
            <wp:cNvGraphicFramePr>
              <a:graphicFrameLocks noChangeAspect="1"/>
            </wp:cNvGraphicFramePr>
            <a:graphic>
              <a:graphicData uri="http://schemas.openxmlformats.org/drawingml/2006/picture">
                <pic:pic>
                  <pic:nvPicPr>
                    <pic:cNvPr id="0" name="logo-tus-ayudas-blue.png"/>
                    <pic:cNvPicPr/>
                  </pic:nvPicPr>
                  <pic:blipFill>
                    <a:blip r:embed="rId9"/>
                    <a:stretch>
                      <a:fillRect/>
                    </a:stretch>
                  </pic:blipFill>
                  <pic:spPr>
                    <a:xfrm>
                      <a:off x="0" y="0"/>
                      <a:ext cx="1737360" cy="359454"/>
                    </a:xfrm>
                    <a:prstGeom prst="rect"/>
                  </pic:spPr>
                </pic:pic>
              </a:graphicData>
            </a:graphic>
          </wp:inline>
        </w:drawing>
      </w:r>
    </w:p>
    <w:p>
      <w:pPr>
        <w:jc w:val="center"/>
      </w:pPr>
      <w:hyperlink r:id="rId10">
        <w:r>
          <w:rPr>
            <w:color w:val="1a6ef0"/>
            <w:u w:val="single"/>
          </w:rPr>
          <w:t>tus-ayudas.es</w:t>
        </w:r>
      </w:hyperlink>
    </w:p>
    <w:p>
      <w:pPr>
        <w:jc w:val="center"/>
      </w:pPr>
      <w:r>
        <w:rPr>
          <w:b/>
          <w:color w:val="1E386B"/>
          <w:sz w:val="30"/>
        </w:rPr>
        <w:t>Modelo de reclamación previa al banco por la cláusula IRPH</w:t>
      </w:r>
    </w:p>
    <w:p/>
    <w:p>
      <w:pPr>
        <w:jc w:val="right"/>
      </w:pPr>
      <w:r>
        <w:t>En ____________, a ___ de __________ de 20__</w:t>
      </w:r>
    </w:p>
    <w:p>
      <w:r>
        <w:t>A la atención del Servicio de Atención al Cliente de [NOMBRE DEL BANCO]. Dirección: ______________________</w:t>
      </w:r>
    </w:p>
    <w:p>
      <w:r>
        <w:rPr>
          <w:b/>
          <w:color w:val="1E386B"/>
          <w:sz w:val="26"/>
        </w:rPr>
        <w:t>DATOS DEL RECLAMANTE</w:t>
      </w:r>
    </w:p>
    <w:p>
      <w:r>
        <w:t>Nombre y apellidos: ______________________  DNI/NIE: ____________</w:t>
      </w:r>
    </w:p>
    <w:p>
      <w:r>
        <w:t>Domicilio: ______________________  Teléfono: ____________  Correo electrónico: ____________</w:t>
      </w:r>
    </w:p>
    <w:p>
      <w:r>
        <w:t>Si la hipoteca tiene varios titulares, indica los datos de todos y firmad todos.</w:t>
      </w:r>
    </w:p>
    <w:p>
      <w:r>
        <w:rPr>
          <w:b/>
          <w:color w:val="1E386B"/>
          <w:sz w:val="26"/>
        </w:rPr>
        <w:t>DATOS DEL PRÉSTAMO HIPOTECARIO</w:t>
      </w:r>
    </w:p>
    <w:p>
      <w:r>
        <w:t>Número de préstamo: ____________</w:t>
      </w:r>
    </w:p>
    <w:p>
      <w:r>
        <w:t>Fecha de la escritura: ____________  Notario: ____________  Número de protocolo: ______</w:t>
      </w:r>
    </w:p>
    <w:p>
      <w:r>
        <w:t>Índice pactado: IRPH ____________ (Entidades, Cajas, Bancos o índice CECA) más un diferencial de ______ puntos</w:t>
      </w:r>
    </w:p>
    <w:p>
      <w:r>
        <w:rPr>
          <w:b/>
          <w:color w:val="1E386B"/>
          <w:sz w:val="26"/>
        </w:rPr>
        <w:t>EXPONGO</w:t>
      </w:r>
    </w:p>
    <w:p>
      <w:r>
        <w:t>PRIMERO. Que firmé con esta entidad el préstamo hipotecario indicado, en el que el tipo de interés variable se calcula con el índice IRPH.</w:t>
      </w:r>
    </w:p>
    <w:p>
      <w:r>
        <w:t>SEGUNDO. Que antes de la firma la entidad no me informó de forma comprensible de cómo se calculaba ese índice, de cómo había evolucionado en los años anteriores ni del diferencial negativo que se recomendaba aplicarle. [Adapta este punto a lo que te explicaron realmente.]</w:t>
      </w:r>
    </w:p>
    <w:p>
      <w:r>
        <w:t>TERCERO. Que, por ello, considero que la cláusula que fija el IRPH como índice de referencia no es transparente y es abusiva, porque me ha llevado a pagar un interés superior al de préstamos comparables en la fecha de la firma.</w:t>
      </w:r>
    </w:p>
    <w:p>
      <w:r>
        <w:t>CUARTO. Que presento esta reclamación previa por escrito antes de acudir, en su caso, a los tribunales.</w:t>
      </w:r>
    </w:p>
    <w:p>
      <w:r>
        <w:rPr>
          <w:b/>
          <w:color w:val="1E386B"/>
          <w:sz w:val="26"/>
        </w:rPr>
        <w:t>SOLICITO</w:t>
      </w:r>
    </w:p>
    <w:p>
      <w:r>
        <w:t>1. Que se deje de aplicar la cláusula del índice IRPH y se sustituya por el índice legal que corresponda.</w:t>
      </w:r>
    </w:p>
    <w:p>
      <w:r>
        <w:t>2. Que se me devuelva la diferencia entre lo pagado con el IRPH y lo que habría pagado con el índice sustitutivo, con sus intereses.</w:t>
      </w:r>
    </w:p>
    <w:p>
      <w:r>
        <w:t>3. Que se me responda por escrito en el plazo de un mes desde que recibáis este escrito.</w:t>
      </w:r>
    </w:p>
    <w:p>
      <w:r>
        <w:t>Documentos que adjunto: copia del DNI o NIE, copia de la escritura del préstamo, recibos o cuadro de amortización y la información que me disteis antes de firmar.</w:t>
      </w:r>
    </w:p>
    <w:p/>
    <w:p>
      <w:r>
        <w:t>Fdo.: ______________________</w:t>
        <w:br/>
        <w:t>(nombre y apellidos)</w:t>
      </w:r>
    </w:p>
    <w:p/>
    <w:p>
      <w:r>
        <w:rPr>
          <w:i/>
          <w:color w:val="787878"/>
          <w:sz w:val="17"/>
        </w:rPr>
        <w:t>Modelo orientativo facilitado por tus-ayudas.es. No constituye asesoramiento legal ni fiscal; adáptalo a tu caso concreto y, si lo necesitas, consulta a un profesional.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tus-ayud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