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Modelo de comunicación de subrogación en un alquiler de renta antigua</w:t>
      </w:r>
    </w:p>
    <w:p/>
    <w:p>
      <w:pPr>
        <w:jc w:val="right"/>
      </w:pPr>
      <w:r>
        <w:t>En ____________, a ___ de __________ de 20__</w:t>
      </w:r>
    </w:p>
    <w:p>
      <w:r>
        <w:t>A la atención de [NOMBRE DEL PROPIETARIO O DEL ADMINISTRADOR]. Dirección: ______________________</w:t>
      </w:r>
    </w:p>
    <w:p>
      <w:r>
        <w:rPr>
          <w:b/>
          <w:color w:val="1E386B"/>
          <w:sz w:val="26"/>
        </w:rPr>
        <w:t>DATOS DE QUIEN COMUNICA</w:t>
      </w:r>
    </w:p>
    <w:p>
      <w:r>
        <w:t>Nombre y apellidos: ______________________  DNI/NIE: ____________</w:t>
      </w:r>
    </w:p>
    <w:p>
      <w:r>
        <w:t>Domicilio: la vivienda arrendada indicada abajo  Teléfono: ____________</w:t>
      </w:r>
    </w:p>
    <w:p>
      <w:r>
        <w:rPr>
          <w:b/>
          <w:color w:val="1E386B"/>
          <w:sz w:val="26"/>
        </w:rPr>
        <w:t>DATOS DEL CONTRATO</w:t>
      </w:r>
    </w:p>
    <w:p>
      <w:r>
        <w:t>Dirección de la vivienda: ______________________</w:t>
      </w:r>
    </w:p>
    <w:p>
      <w:r>
        <w:t>Fecha del contrato: ____________  Inquilino/a titular fallecido/a: ______________________</w:t>
      </w:r>
    </w:p>
    <w:p>
      <w:r>
        <w:t>Fecha del fallecimiento: ____________</w:t>
      </w:r>
    </w:p>
    <w:p>
      <w:r>
        <w:rPr>
          <w:b/>
          <w:color w:val="1E386B"/>
          <w:sz w:val="26"/>
        </w:rPr>
        <w:t>COMUNICO</w:t>
      </w:r>
    </w:p>
    <w:p>
      <w:r>
        <w:t>PRIMERO. Que el día ____________ falleció D./Dña. ______________________, inquilino/a de la vivienda indicada, como acredita el certificado de defunción que adjunto.</w:t>
      </w:r>
    </w:p>
    <w:p>
      <w:r>
        <w:t>SEGUNDO. Que soy su [cónyuge / pareja de hecho / hijo o hija / ascendiente a su cargo] y que convivía con él o ella en la vivienda desde ____________.</w:t>
      </w:r>
    </w:p>
    <w:p>
      <w:r>
        <w:t>TERCERO. Que me subrogo en el contrato de arrendamiento y continuaré como inquilino/a de la vivienda.</w:t>
      </w:r>
    </w:p>
    <w:p>
      <w:r>
        <w:t>CUARTO. Que hago esta comunicación por escrito dentro de los tres meses siguientes al fallecimiento.</w:t>
      </w:r>
    </w:p>
    <w:p>
      <w:r>
        <w:rPr>
          <w:b/>
          <w:color w:val="1E386B"/>
          <w:sz w:val="26"/>
        </w:rPr>
        <w:t>DOCUMENTOS QUE ADJUNTO</w:t>
      </w:r>
    </w:p>
    <w:p>
      <w:r>
        <w:t>Certificado de defunción del Registro Civil.</w:t>
      </w:r>
    </w:p>
    <w:p>
      <w:r>
        <w:t>Copia de mi DNI o NIE.</w:t>
      </w:r>
    </w:p>
    <w:p>
      <w:r>
        <w:t>Documento que acredita el parentesco (libro de familia, certificado de matrimonio o de inscripción como pareja de hecho).</w:t>
      </w:r>
    </w:p>
    <w:p>
      <w:r>
        <w:t>Certificado de empadronamiento que acredita la convivencia.</w:t>
      </w:r>
    </w:p>
    <w:p>
      <w:r>
        <w:t>[Si es el caso] Certificado de discapacidad.</w:t>
      </w:r>
    </w:p>
    <w:p/>
    <w:p>
      <w:r>
        <w:t>Fdo.: ______________________</w:t>
        <w:br/>
        <w:t>(nombre y apellidos)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