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Modelo de escrito de alegaciones a la beca MEC</w:t>
      </w:r>
    </w:p>
    <w:p/>
    <w:p>
      <w:pPr>
        <w:jc w:val="right"/>
      </w:pPr>
      <w:r>
        <w:t>En ....................., a ...... de ........................ de 20......</w:t>
      </w:r>
    </w:p>
    <w:p>
      <w:r>
        <w:rPr>
          <w:b/>
          <w:color w:val="1E386B"/>
          <w:sz w:val="26"/>
        </w:rPr>
        <w:t>DATOS DEL SOLICITANTE</w:t>
      </w:r>
    </w:p>
    <w:p>
      <w:r>
        <w:t>Nombre y apellidos: ..............................................................  DNI/NIE: ....................</w:t>
      </w:r>
    </w:p>
    <w:p>
      <w:r>
        <w:t>Domicilio: ....................................................................................................</w:t>
      </w:r>
    </w:p>
    <w:p>
      <w:r>
        <w:t>Teléfono: ............................  Correo electrónico: ....................................................</w:t>
      </w:r>
    </w:p>
    <w:p>
      <w:r>
        <w:t>Número de expediente de la beca: ..............................................................................</w:t>
      </w:r>
    </w:p>
    <w:p>
      <w:r>
        <w:t>Estudios y centro en el que está matriculado: .................................................................</w:t>
      </w:r>
    </w:p>
    <w:p>
      <w:r>
        <w:rPr>
          <w:b/>
          <w:color w:val="1E386B"/>
          <w:sz w:val="26"/>
        </w:rPr>
        <w:t>ÓRGANO AL QUE SE DIRIGE</w:t>
      </w:r>
    </w:p>
    <w:p>
      <w:r>
        <w:t>UNIDAD DE BECAS DE ............................................................................................</w:t>
      </w:r>
    </w:p>
    <w:p>
      <w:r>
        <w:t>(la que figura en tu notificación: tu universidad si cursas grado, máster o enseñanzas artísticas superiores; la administración educativa de tu comunidad autónoma si cursas Bachillerato, FP o idiomas)</w:t>
      </w:r>
    </w:p>
    <w:p>
      <w:r>
        <w:rPr>
          <w:b/>
          <w:color w:val="1E386B"/>
          <w:sz w:val="26"/>
        </w:rPr>
        <w:t>EXPONE</w:t>
      </w:r>
    </w:p>
    <w:p>
      <w:r>
        <w:t>PRIMERO. Que con fecha ...... de ........................ de 20...... he recibido notificación de la propuesta de denegación de la beca de carácter general para el curso 20...../20....., por el siguiente motivo:</w:t>
      </w:r>
    </w:p>
    <w:p>
      <w:r>
        <w:t>..............................................................................................................</w:t>
      </w:r>
    </w:p>
    <w:p>
      <w:r>
        <w:t>SEGUNDO. Que no estoy de acuerdo con dicha propuesta por las razones que se exponen a continuación:</w:t>
      </w:r>
    </w:p>
    <w:p>
      <w:r>
        <w:t>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</w:t>
      </w:r>
    </w:p>
    <w:p>
      <w:r>
        <w:t>TERCERO. Que para acreditar lo anterior acompaño la siguiente documentación:</w:t>
      </w:r>
    </w:p>
    <w:p>
      <w:r>
        <w:t>1. ...........................................................................................................</w:t>
      </w:r>
    </w:p>
    <w:p>
      <w:r>
        <w:t>2. ...........................................................................................................</w:t>
      </w:r>
    </w:p>
    <w:p>
      <w:r>
        <w:t>3. ...........................................................................................................</w:t>
      </w:r>
    </w:p>
    <w:p>
      <w:r>
        <w:rPr>
          <w:b/>
          <w:color w:val="1E386B"/>
          <w:sz w:val="26"/>
        </w:rPr>
        <w:t>SOLICITA</w:t>
      </w:r>
    </w:p>
    <w:p>
      <w:r>
        <w:t>Que se tengan por presentadas estas alegaciones junto con la documentación aportada, se revise el motivo de denegación indicado y se dicte resolución favorable a la concesión de la beca solicitada.</w:t>
      </w:r>
    </w:p>
    <w:p>
      <w:r>
        <w:t>Recuerda: los datos de renta y patrimonio no se pueden rectificar entrando de nuevo en la solicitud. La única vía para discutirlos son estas alegaciones, y tienen que ir justificadas con documentos. La Administración puede pedirte después los originales.</w:t>
      </w:r>
    </w:p>
    <w:p/>
    <w:p>
      <w:r>
        <w:t>Firma del solicitante:</w:t>
        <w:br/>
        <w:br/>
        <w:br/>
        <w:br/>
        <w:t>Fdo.: ........................................................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