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Modelo TA.1: guía casilla a casilla y ejemplo relleno</w:t>
      </w:r>
    </w:p>
    <w:p/>
    <w:p>
      <w:pPr>
        <w:jc w:val="right"/>
      </w:pPr>
      <w:r>
        <w:t>Versión del impreso: 07-2024 (Tesorería General de la Seguridad Social)</w:t>
      </w:r>
    </w:p>
    <w:p>
      <w:r>
        <w:t>Esta guía acompaña al impreso oficial TA.1, "Solicitud de afiliación a la Seguridad Social, asignación de número de Seguridad Social y variación de datos". No sustituye al formulario: descárgalo siempre de seg-social.es y usa estas páginas para saber qué va en cada casilla. Todos los datos del ejemplo son ficticios.</w:t>
      </w:r>
    </w:p>
    <w:p>
      <w:r>
        <w:rPr>
          <w:b/>
          <w:color w:val="1E386B"/>
          <w:sz w:val="26"/>
        </w:rPr>
        <w:t>ANTES DE EMPEZAR</w:t>
      </w:r>
    </w:p>
    <w:p>
      <w:r>
        <w:t>1. Comprueba si ya tienes número de la Seguridad Social. Es posible que ya lo tengas asignado si has trabajado en algún momento o si has estado cubierto por el Seguro Escolar. Puedes comprobarlo en tu área personal de Import@ss antes de rellenar este impreso.</w:t>
      </w:r>
    </w:p>
    <w:p>
      <w:r>
        <w:t>2. Ten a mano tu documento identificativo en vigor: DNI, Tarjeta de Extranjero o pasaporte.</w:t>
      </w:r>
    </w:p>
    <w:p>
      <w:r>
        <w:t>3. La solicitud de afiliación se presenta SIEMPRE antes de empezar a prestar servicios o de iniciar la actividad por cuenta propia (artículo 27.2 del Real Decreto 84/1996).</w:t>
      </w:r>
    </w:p>
    <w:p>
      <w:r>
        <w:rPr>
          <w:b/>
          <w:color w:val="1E386B"/>
          <w:sz w:val="26"/>
        </w:rPr>
        <w:t>APARTADO 1. DATOS DEL SOLICITANTE</w:t>
      </w:r>
    </w:p>
    <w:p>
      <w:r>
        <w:t>1.1 Apellidos y nombre. Tal y como figuran en tu documento identificativo.</w:t>
      </w:r>
    </w:p>
    <w:p>
      <w:r>
        <w:t>1.2 Sexo. Se indica H (hombre) o M (mujer).</w:t>
      </w:r>
    </w:p>
    <w:p>
      <w:r>
        <w:t>1.3 Tipo de documento identificativo. Marca DNI, Tarjeta de Extranjero o Pasaporte. El pasaporte solo se admite en altas de ciudadanos de la Unión Europea, del Espacio Económico Europeo o de Suiza, que además deberán aportar el NIE en el plazo de tres meses desde su entrada en España (artículo 7 del Real Decreto 240/2007).</w:t>
      </w:r>
    </w:p>
    <w:p>
      <w:r>
        <w:t>1.4 Número del documento identificativo. Si es Tarjeta de Extranjero, se anota el NIE.</w:t>
      </w:r>
    </w:p>
    <w:p>
      <w:r>
        <w:t>1.5 Número de la Seguridad Social. Solo se rellena si la solicitud es de variación de datos.</w:t>
      </w:r>
    </w:p>
    <w:p>
      <w:r>
        <w:t>Sin numerar: fecha de nacimiento; lugar o municipio, provincia y país de nacimiento; y progenitor/a A y progenitor/a B. La versión vigente del impreso ya no dice "nombre del padre" y "nombre de la madre".</w:t>
      </w:r>
    </w:p>
    <w:p>
      <w:r>
        <w:t>1.6 Grado de discapacidad, solo si lo tienes reconocido por el Imserso o el organismo competente de tu comunidad autónoma. En ese caso hay que adjuntar el certificado que lo acredita. A su lado, sin numerar, la nacionalidad.</w:t>
      </w:r>
    </w:p>
    <w:p>
      <w:r>
        <w:t>1.7 Apellido de soltera. Solo lo rellenan las nacionales de la Unión Europea distintas de España, y solo en los casos en que proceda.</w:t>
      </w:r>
    </w:p>
    <w:p>
      <w:r>
        <w:t>1.8 Domicilio. Nombre de la vía completo y sin abreviaturas.</w:t>
      </w:r>
    </w:p>
    <w:p>
      <w:r>
        <w:t>1.9 Datos telemáticos: correo electrónico y teléfono móvil. Sirven para recibir comunicaciones informativas de la Seguridad Social. No son un domicilio de notificación.</w:t>
      </w:r>
    </w:p>
    <w:p>
      <w:r>
        <w:rPr>
          <w:b/>
          <w:color w:val="1E386B"/>
          <w:sz w:val="26"/>
        </w:rPr>
        <w:t>APARTADO 2. TIPO DE SOLICITUD</w:t>
      </w:r>
    </w:p>
    <w:p>
      <w:r>
        <w:t>Marca con una equis una de las tres opciones: afiliación a la Seguridad Social, asignación de número de Seguridad Social o variación de datos.</w:t>
      </w:r>
    </w:p>
    <w:p>
      <w:r>
        <w:t>2.1 Causa de la variación de datos. Si marcas variación de datos, indica brevemente el motivo y refleja el dato nuevo en su apartado.</w:t>
      </w:r>
    </w:p>
    <w:p>
      <w:r>
        <w:t>En una variación de datos no hace falta rellenar el resto del impreso: bastan los apartados 1.1, 1.3, 1.4 y 1.5. El plazo para comunicar el cambio es de seis días naturales desde que se produce (artículo 28.1 del Real Decreto 84/1996).</w:t>
      </w:r>
    </w:p>
    <w:p>
      <w:r>
        <w:rPr>
          <w:b/>
          <w:color w:val="1E386B"/>
          <w:sz w:val="26"/>
        </w:rPr>
        <w:t>APARTADO 3. NOTIFICACIÓN Y FIRMA</w:t>
      </w:r>
    </w:p>
    <w:p>
      <w:r>
        <w:t>Señala el domicilio en el que quieres recibir las notificaciones: el que ya has puesto como solicitante u otro distinto que indiques ahí mismo. Es siempre una dirección postal; la casilla de teléfono del apartado 3 es un dato de contacto, no una vía de notificación.</w:t>
      </w:r>
    </w:p>
    <w:p>
      <w:r>
        <w:t>Firma el solicitante o, si actúa en su nombre, su representante legal. Hay un segundo recuadro reservado a la firma de la empresa, para cuando es ella quien presenta la solicitud.</w:t>
      </w:r>
    </w:p>
    <w:p>
      <w:r>
        <w:rPr>
          <w:b/>
          <w:color w:val="1E386B"/>
          <w:sz w:val="26"/>
        </w:rPr>
        <w:t>EJEMPLO RELLENO (datos ficticios)</w:t>
      </w:r>
    </w:p>
    <w:p>
      <w:r>
        <w:t>1.1 Apellidos y nombre: MARTÍN SOLER, LUCÍA</w:t>
      </w:r>
    </w:p>
    <w:p>
      <w:r>
        <w:t>1.2 Sexo: M</w:t>
      </w:r>
    </w:p>
    <w:p>
      <w:r>
        <w:t>1.3 Tipo de documento: DNI</w:t>
      </w:r>
    </w:p>
    <w:p>
      <w:r>
        <w:t>1.4 Nº de documento: 00000000T</w:t>
      </w:r>
    </w:p>
    <w:p>
      <w:r>
        <w:t>1.5 Nº de Seguridad Social: (en blanco, solo para variación de datos)</w:t>
      </w:r>
    </w:p>
    <w:p>
      <w:r>
        <w:t>Sin numerar. Fecha de nacimiento: 14/03/1999 · Progenitor/a A: JAVIER · Progenitor/a B: ANA · Lugar de nacimiento: Albacete (Albacete), España</w:t>
      </w:r>
    </w:p>
    <w:p>
      <w:r>
        <w:t>1.6 Grado de discapacidad: (en blanco) · Nacionalidad: ESPAÑOLA</w:t>
      </w:r>
    </w:p>
    <w:p>
      <w:r>
        <w:t>1.7 Apellido de soltera: (en blanco, no procede)</w:t>
      </w:r>
    </w:p>
    <w:p>
      <w:r>
        <w:t>1.8 Domicilio: Calle Ejemplo, 12, 3.º B, 02001 Albacete</w:t>
      </w:r>
    </w:p>
    <w:p>
      <w:r>
        <w:t>1.9 Correo: lucia.ejemplo@correo.es · Móvil: 600 000 000 · Acepto comunicaciones: SÍ</w:t>
      </w:r>
    </w:p>
    <w:p>
      <w:r>
        <w:t>2. Tipo de solicitud: [X] Asignación de número de Seguridad Social</w:t>
      </w:r>
    </w:p>
    <w:p>
      <w:r>
        <w:t>2.1 Causa de la variación de datos: (en blanco, no procede)</w:t>
      </w:r>
    </w:p>
    <w:p>
      <w:r>
        <w:t>3. Domicilio de notificación: [X] El indicado en datos del solicitante</w:t>
      </w:r>
    </w:p>
    <w:p>
      <w:r>
        <w:t>Lugar, fecha y firma: Albacete, a (la fecha en que firmas). Firmado: Lucía Martín Soler</w:t>
      </w:r>
    </w:p>
    <w:p>
      <w:r>
        <w:rPr>
          <w:b/>
          <w:color w:val="1E386B"/>
          <w:sz w:val="26"/>
        </w:rPr>
        <w:t>DOCUMENTACIÓN QUE SE PRESENTA CON EL IMPRESO</w:t>
      </w:r>
    </w:p>
    <w:p>
      <w:r>
        <w:t>Documento identificativo: DNI, Tarjeta de Extranjero o pasaporte.</w:t>
      </w:r>
    </w:p>
    <w:p>
      <w:r>
        <w:t>En su caso, certificado acreditativo del grado de discapacidad.</w:t>
      </w:r>
    </w:p>
    <w:p>
      <w:r>
        <w:t>Si el número es para un menor de edad, la solicitud la presenta la madre, el padre o el tutor legal, y hay que aportar además: sus datos personales, un selfie suyo, una foto de su documento de identidad, una foto del DNI, NIE o pasaporte del menor y una copia del Libro de Familia o del documento que acredite la patria potestad o la tutela.</w:t>
      </w:r>
    </w:p>
    <w:p>
      <w:r>
        <w:rPr>
          <w:b/>
          <w:color w:val="1E386B"/>
          <w:sz w:val="26"/>
        </w:rPr>
        <w:t>DÓNDE SE PRESENTA Y CUÁNTO TARDA</w:t>
      </w:r>
    </w:p>
    <w:p>
      <w:r>
        <w:t>En la Dirección Provincial o Administración de la Tesorería General de la Seguridad Social, con cita previa; en cualquier registro de las administraciones públicas; o en las oficinas de Correos.</w:t>
      </w:r>
    </w:p>
    <w:p>
      <w:r>
        <w:t>También puedes hacer el trámite entero por internet, en Import@ss, con el servicio "Solicitar el Número de la Seguridad Social". Sin certificado ni Cl@ve te identificas con una foto de las dos caras del documento y un selfie. La identificación por SMS no sirve para este trámite.</w:t>
      </w:r>
    </w:p>
    <w:p>
      <w:r>
        <w:t>Plazo de resolución: 45 días desde que la solicitud entra en el registro (artículo 63.1 del Real Decreto 84/1996). Si pasan sin respuesta expresa, la solicitud se entiende estimada. El plazo se suspende si te piden subsanar o aportar documentos.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