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737360" cy="35945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-tus-ayudas-blu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3594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hyperlink r:id="rId10">
        <w:r>
          <w:rPr>
            <w:color w:val="1a6ef0"/>
            <w:u w:val="single"/>
          </w:rPr>
          <w:t>tus-ayudas.es</w:t>
        </w:r>
      </w:hyperlink>
    </w:p>
    <w:p>
      <w:pPr>
        <w:jc w:val="center"/>
      </w:pPr>
      <w:r>
        <w:rPr>
          <w:b/>
          <w:color w:val="1E386B"/>
          <w:sz w:val="30"/>
        </w:rPr>
        <w:t>Que llevar a tu cita del TIE</w:t>
      </w:r>
    </w:p>
    <w:p/>
    <w:p>
      <w:pPr>
        <w:jc w:val="right"/>
      </w:pPr>
      <w:r>
        <w:t>Checklist de Tus Ayudas</w:t>
      </w:r>
    </w:p>
    <w:p>
      <w:r>
        <w:rPr>
          <w:b/>
          <w:color w:val="1E386B"/>
          <w:sz w:val="26"/>
        </w:rPr>
        <w:t>Antes de ir a tu cita</w:t>
      </w:r>
    </w:p>
    <w:p>
      <w:r>
        <w:t>La tasa 790 012 hay que llevarla PAGADA. En la comisaria no se cobra: si llegas sin abonarla, no podran tramitarte la tarjeta.</w:t>
      </w:r>
    </w:p>
    <w:p>
      <w:r>
        <w:t>El plazo para pagarla es de diez dias habiles desde que presentas la solicitud.</w:t>
      </w:r>
    </w:p>
    <w:p>
      <w:r>
        <w:rPr>
          <w:b/>
          <w:color w:val="1E386B"/>
          <w:sz w:val="26"/>
        </w:rPr>
        <w:t>Que tienes que llevar</w:t>
      </w:r>
    </w:p>
    <w:p>
      <w:r>
        <w:rPr>
          <w:b/>
        </w:rPr>
        <w:t xml:space="preserve">1. Formulario EX-17. </w:t>
      </w:r>
      <w:r>
        <w:t>Original y copia. Solo se presenta en persona: no se admite por internet ni por registro.</w:t>
      </w:r>
    </w:p>
    <w:p>
      <w:r>
        <w:rPr>
          <w:b/>
        </w:rPr>
        <w:t xml:space="preserve">2. Justificante de pago de la tasa 790 012. </w:t>
      </w:r>
      <w:r>
        <w:t>La copia del impreso con el Numero de Referencia Completo (NRC) o el sello del banco. El PDF que descargas de la web todavia NO acredita el pago.</w:t>
      </w:r>
    </w:p>
    <w:p>
      <w:r>
        <w:rPr>
          <w:b/>
        </w:rPr>
        <w:t xml:space="preserve">3. Pasaporte. </w:t>
      </w:r>
      <w:r>
        <w:t>Original y copia completa, valido y en vigor.</w:t>
      </w:r>
    </w:p>
    <w:p>
      <w:r>
        <w:rPr>
          <w:b/>
        </w:rPr>
        <w:t xml:space="preserve">4. Una fotografia. </w:t>
      </w:r>
      <w:r>
        <w:t>Tamano carne, con los requisitos de la normativa del DNI.</w:t>
      </w:r>
    </w:p>
    <w:p>
      <w:r>
        <w:rPr>
          <w:b/>
        </w:rPr>
        <w:t xml:space="preserve">5. Tu TIE caducada. </w:t>
      </w:r>
      <w:r>
        <w:t>Solo si estas renovando.</w:t>
      </w:r>
    </w:p>
    <w:p>
      <w:r>
        <w:rPr>
          <w:b/>
          <w:color w:val="1E386B"/>
          <w:sz w:val="26"/>
        </w:rPr>
        <w:t>Cuanto cuesta segun tu tramite</w:t>
      </w:r>
    </w:p>
    <w:p>
      <w:r>
        <w:t>TIE de primera concesion: 16,08 euros.</w:t>
      </w:r>
    </w:p>
    <w:p>
      <w:r>
        <w:t>TIE que documenta la renovacion de la residencia temporal: 19,30 euros.</w:t>
      </w:r>
    </w:p>
    <w:p>
      <w:r>
        <w:t>TIE de residencia de larga duracion: 21,87 euros.</w:t>
      </w:r>
    </w:p>
    <w:p>
      <w:r>
        <w:t>TIE de familiar de ciudadano espanol: 12 euros.</w:t>
      </w:r>
    </w:p>
    <w:p>
      <w:r>
        <w:t>Certificado de registro de residente comunitario: 12 euros.</w:t>
      </w:r>
    </w:p>
    <w:p>
      <w:r>
        <w:t>TIE de mujeres victimas de violencia de genero, violencia sexual y trata: 16,08 euros.</w:t>
      </w:r>
    </w:p>
    <w:p>
      <w:r>
        <w:rPr>
          <w:b/>
          <w:color w:val="1E386B"/>
          <w:sz w:val="26"/>
        </w:rPr>
        <w:t>Dos cosas que se confunden mucho</w:t>
      </w:r>
    </w:p>
    <w:p>
      <w:r>
        <w:t>Pagar en efectivo no es pagar en la comisaria: es en la ventanilla de un banco, caja de ahorros o cooperativa de credito, donde no hace falta ser cliente.</w:t>
      </w:r>
    </w:p>
    <w:p>
      <w:r>
        <w:t>Los 19,30 euros son el precio de la tarjeta. Renovar o prorrogar la autorizacion de residencia cuesta 16,40 euros y se paga aparte.</w:t>
      </w:r>
    </w:p>
    <w:p>
      <w:r>
        <w:rPr>
          <w:b/>
          <w:color w:val="1E386B"/>
          <w:sz w:val="26"/>
        </w:rPr>
        <w:t>Y ademas</w:t>
      </w:r>
    </w:p>
    <w:p>
      <w:r>
        <w:t>El TIE hay que solicitarlo en persona en el plazo de un mes desde que entras en Espana o desde que tu autorizacion se concede o entra en vigor (articulos 209.1 y 209.4 del Real Decreto 1155/2024).</w:t>
      </w:r>
    </w:p>
    <w:p/>
    <w:p>
      <w:r>
        <w:rPr>
          <w:i/>
          <w:color w:val="787878"/>
          <w:sz w:val="17"/>
        </w:rPr>
        <w:t>Modelo orientativo facilitado por tus-ayudas.es. No constituye asesoramiento legal ni fiscal; adáptalo a tu caso concreto y, si lo necesitas, consulta a un profesional.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hyperlink" Target="https://tus-ayudas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