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737360" cy="35945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tus-ayudas-blu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5945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hyperlink r:id="rId10">
        <w:r>
          <w:rPr>
            <w:color w:val="1a6ef0"/>
            <w:u w:val="single"/>
          </w:rPr>
          <w:t>tus-ayudas.es</w:t>
        </w:r>
      </w:hyperlink>
    </w:p>
    <w:p>
      <w:pPr>
        <w:jc w:val="center"/>
      </w:pPr>
      <w:r>
        <w:rPr>
          <w:b/>
          <w:color w:val="1E386B"/>
          <w:sz w:val="30"/>
        </w:rPr>
        <w:t>Calendario escolar de Galicia 2026-2027</w:t>
      </w:r>
    </w:p>
    <w:p/>
    <w:p>
      <w:pPr>
        <w:jc w:val="right"/>
      </w:pPr>
      <w:r>
        <w:t>Curso 2026-2027 · Galicia</w:t>
        <w:br/>
        <w:t>Orden de 4 de junio de 2026 (DOG del 15 de junio de 2026)</w:t>
      </w:r>
    </w:p>
    <w:p>
      <w:r>
        <w:rPr>
          <w:b/>
          <w:color w:val="1E386B"/>
          <w:sz w:val="26"/>
        </w:rPr>
        <w:t>Inicio y fin de las clases</w:t>
      </w:r>
    </w:p>
    <w:p>
      <w:r>
        <w:t>9 de septiembre de 2026 (miércoles): empiezan las clases en Infantil, Primaria, ESO, Bachillerato y FP, todas las etapas el mismo día.</w:t>
      </w:r>
    </w:p>
    <w:p>
      <w:r>
        <w:t>21 de junio de 2027 (lunes): último día de clase con carácter general.</w:t>
      </w:r>
    </w:p>
    <w:p>
      <w:r>
        <w:t>15 de junio de 2027 (martes): último día de clase en los segundos cursos de FP de grado básico, medio y superior.</w:t>
      </w:r>
    </w:p>
    <w:p>
      <w:r>
        <w:t>2.º de Bachillerato: sin fecha de fin en la orden; depende del calendario de la PAU. Evaluación final ordinaria a partir del 12 de mayo de 2027 y extraordinaria a partir del 9 de junio de 2027.</w:t>
      </w:r>
    </w:p>
    <w:p>
      <w:r>
        <w:t>Enseñanzas de régimen especial (EOI, conservatorios): pueden retrasar el inicio hasta el 16 de septiembre de 2026 como muy tarde.</w:t>
      </w:r>
    </w:p>
    <w:p>
      <w:r>
        <w:rPr>
          <w:b/>
          <w:color w:val="1E386B"/>
          <w:sz w:val="26"/>
        </w:rPr>
        <w:t>Vacaciones</w:t>
      </w:r>
    </w:p>
    <w:p>
      <w:r>
        <w:t>Navidad: del 22 de diciembre de 2026 al 7 de enero de 2027, ambos incluidos. Vuelta a clase el viernes 8 de enero.</w:t>
      </w:r>
    </w:p>
    <w:p>
      <w:r>
        <w:t>Entroido: 8, 9 y 10 de febrero de 2027. Vuelta a clase el jueves 11 de febrero.</w:t>
      </w:r>
    </w:p>
    <w:p>
      <w:r>
        <w:t>Semana Santa: del 22 al 29 de marzo de 2027, ambos incluidos. Vuelta a clase el martes 30 de marzo.</w:t>
      </w:r>
    </w:p>
    <w:p>
      <w:r>
        <w:rPr>
          <w:b/>
          <w:color w:val="1E386B"/>
          <w:sz w:val="26"/>
        </w:rPr>
        <w:t>Festivos que caen en día lectivo</w:t>
      </w:r>
    </w:p>
    <w:p>
      <w:r>
        <w:t>Lunes 12 de octubre de 2026: Fiesta Nacional de España.</w:t>
      </w:r>
    </w:p>
    <w:p>
      <w:r>
        <w:t>Lunes 7 de diciembre de 2026: Día do Ensino (no lectivo por la propia orden; no es festivo laboral).</w:t>
      </w:r>
    </w:p>
    <w:p>
      <w:r>
        <w:t>Martes 8 de diciembre de 2026: Inmaculada Concepción.</w:t>
      </w:r>
    </w:p>
    <w:p>
      <w:r>
        <w:t>Viernes 19 de marzo de 2027: San José.</w:t>
      </w:r>
    </w:p>
    <w:p>
      <w:r>
        <w:t>Lunes 17 de mayo de 2027: Día das Letras Galegas.</w:t>
      </w:r>
    </w:p>
    <w:p>
      <w:r>
        <w:t>Además, las dos fiestas locales de tu concello, que se publican en el boletín provincial y en el DOG.</w:t>
      </w:r>
    </w:p>
    <w:p>
      <w:r>
        <w:rPr>
          <w:b/>
          <w:color w:val="1E386B"/>
          <w:sz w:val="26"/>
        </w:rPr>
        <w:t>Apunta aquí lo que falta</w:t>
      </w:r>
    </w:p>
    <w:p>
      <w:r>
        <w:t>Fiesta local 1 de mi concello: ______________________</w:t>
      </w:r>
    </w:p>
    <w:p>
      <w:r>
        <w:t>Fiesta local 2 de mi concello: ______________________</w:t>
      </w:r>
    </w:p>
    <w:p>
      <w:r>
        <w:t>Días no lectivos que apruebe el consejo escolar del centro: ______________________</w:t>
      </w:r>
    </w:p>
    <w:p/>
    <w:p>
      <w:r>
        <w:rPr>
          <w:i/>
          <w:color w:val="787878"/>
          <w:sz w:val="17"/>
        </w:rPr>
        <w:t>Resumen elaborado por tus-ayudas.es a partir de la Orden de 4 de junio de 2026 (DOG del 15 de junio de 2026). Las dos fiestas locales de cada concello y los días no lectivos que apruebe el consejo escolar de cada centro no están incluidos: consúltalos en tu ayuntamiento y en tu colegio.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hyperlink" Target="https://tus-ayudas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