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737360" cy="359454"/>
            <wp:docPr id="1" name="Picture 1"/>
            <wp:cNvGraphicFramePr>
              <a:graphicFrameLocks noChangeAspect="1"/>
            </wp:cNvGraphicFramePr>
            <a:graphic>
              <a:graphicData uri="http://schemas.openxmlformats.org/drawingml/2006/picture">
                <pic:pic>
                  <pic:nvPicPr>
                    <pic:cNvPr id="0" name="logo-tus-ayudas-blue.png"/>
                    <pic:cNvPicPr/>
                  </pic:nvPicPr>
                  <pic:blipFill>
                    <a:blip r:embed="rId9"/>
                    <a:stretch>
                      <a:fillRect/>
                    </a:stretch>
                  </pic:blipFill>
                  <pic:spPr>
                    <a:xfrm>
                      <a:off x="0" y="0"/>
                      <a:ext cx="1737360" cy="359454"/>
                    </a:xfrm>
                    <a:prstGeom prst="rect"/>
                  </pic:spPr>
                </pic:pic>
              </a:graphicData>
            </a:graphic>
          </wp:inline>
        </w:drawing>
      </w:r>
    </w:p>
    <w:p>
      <w:pPr>
        <w:jc w:val="center"/>
      </w:pPr>
      <w:hyperlink r:id="rId10">
        <w:r>
          <w:rPr>
            <w:color w:val="1a6ef0"/>
            <w:u w:val="single"/>
          </w:rPr>
          <w:t>tus-ayudas.es</w:t>
        </w:r>
      </w:hyperlink>
    </w:p>
    <w:p>
      <w:pPr>
        <w:jc w:val="center"/>
      </w:pPr>
      <w:r>
        <w:rPr>
          <w:b/>
          <w:color w:val="1E386B"/>
          <w:sz w:val="30"/>
        </w:rPr>
        <w:t>Solicitud de prórroga extraordinaria del contrato de alquiler</w:t>
      </w:r>
    </w:p>
    <w:p/>
    <w:p>
      <w:pPr>
        <w:jc w:val="right"/>
      </w:pPr>
      <w:r>
        <w:t>En ____________________, a ______ de ________________ de 20____</w:t>
      </w:r>
    </w:p>
    <w:p>
      <w:r>
        <w:rPr>
          <w:b/>
        </w:rPr>
        <w:t xml:space="preserve">DATOS DEL INQUILINO (arrendatario): </w:t>
      </w:r>
      <w:r>
        <w:t>Nombre y apellidos: __________________________  DNI/NIE: ______________  Teléfono: ______________</w:t>
      </w:r>
    </w:p>
    <w:p>
      <w:r>
        <w:rPr>
          <w:b/>
        </w:rPr>
        <w:t xml:space="preserve">DATOS DEL PROPIETARIO (arrendador): </w:t>
      </w:r>
      <w:r>
        <w:t>Nombre y apellidos: __________________________  DNI/NIE: ______________</w:t>
      </w:r>
    </w:p>
    <w:p>
      <w:r>
        <w:rPr>
          <w:b/>
        </w:rPr>
        <w:t xml:space="preserve">VIVIENDA ARRENDADA: </w:t>
      </w:r>
      <w:r>
        <w:t>__________________________________________  (calle, número, piso, localidad y código postal)</w:t>
      </w:r>
    </w:p>
    <w:p>
      <w:r>
        <w:rPr>
          <w:b/>
          <w:color w:val="1E386B"/>
          <w:sz w:val="26"/>
        </w:rPr>
        <w:t>EXPONE</w:t>
      </w:r>
    </w:p>
    <w:p>
      <w:r>
        <w:t>1. Que soy arrendatario de la vivienda indicada, en virtud del contrato de arrendamiento de vivienda habitual firmado con fecha ____/____/________.</w:t>
      </w:r>
    </w:p>
    <w:p>
      <w:r>
        <w:t>2. Que el referido contrato tiene prevista su finalización el ____/____/________.</w:t>
      </w:r>
    </w:p>
    <w:p>
      <w:r>
        <w:t>3. Que solicito la extensión del contrato manteniendo las mismas condiciones pactadas, al amparo de la normativa sobre prórroga extraordinaria de los contratos de arrendamiento de vivienda habitual que resulte de aplicación en la fecha de esta solicitud o, en su defecto, por acuerdo entre las partes.</w:t>
      </w:r>
    </w:p>
    <w:p>
      <w:r>
        <w:rPr>
          <w:b/>
          <w:color w:val="1E386B"/>
          <w:sz w:val="26"/>
        </w:rPr>
        <w:t>SOLICITA</w:t>
      </w:r>
    </w:p>
    <w:p>
      <w:r>
        <w:t>Que se tenga por presentada esta solicitud y se acuerde la PRÓRROGA EXTRAORDINARIA del contrato de arrendamiento por un plazo de hasta dos años, manteniendo las mismas condiciones, incluida la actualización de la renta con el límite que resulte aplicable.</w:t>
      </w:r>
    </w:p>
    <w:p>
      <w:r>
        <w:t>La presente solicitud se remite por burofax con acuse de recibo y certificación de contenido, a efectos de que quede constancia fehaciente de su fecha y recepción.</w:t>
      </w:r>
    </w:p>
    <w:p/>
    <w:p>
      <w:r>
        <w:t>El arrendatario</w:t>
        <w:br/>
        <w:br/>
        <w:t>Fdo.: __________________________</w:t>
      </w:r>
    </w:p>
    <w:p/>
    <w:p>
      <w:r>
        <w:rPr>
          <w:i/>
          <w:color w:val="787878"/>
          <w:sz w:val="17"/>
        </w:rPr>
        <w:t>Modelo orientativo facilitado por tus-ayudas.es. No constituye asesoramiento legal ni fiscal; adáptalo a tu caso concreto y, si lo necesitas, consulta a un profesional.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tus-ayud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