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Modelo de recibo de finiquito</w:t>
      </w:r>
    </w:p>
    <w:p/>
    <w:p>
      <w:pPr>
        <w:jc w:val="right"/>
      </w:pPr>
      <w:r>
        <w:t>Lugar y fecha: ______________________________</w:t>
      </w:r>
    </w:p>
    <w:p>
      <w:r>
        <w:rPr>
          <w:b/>
          <w:color w:val="1E386B"/>
          <w:sz w:val="26"/>
        </w:rPr>
        <w:t>Datos de la empresa</w:t>
      </w:r>
    </w:p>
    <w:p>
      <w:r>
        <w:t>Razón social: ______________________________   CIF: ______________</w:t>
      </w:r>
    </w:p>
    <w:p>
      <w:r>
        <w:t>Domicilio: ________________________________________________________</w:t>
      </w:r>
    </w:p>
    <w:p>
      <w:r>
        <w:rPr>
          <w:b/>
          <w:color w:val="1E386B"/>
          <w:sz w:val="26"/>
        </w:rPr>
        <w:t>Datos de la persona trabajadora</w:t>
      </w:r>
    </w:p>
    <w:p>
      <w:r>
        <w:t>Nombre y apellidos: _______________________________   DNI/NIE: ______________</w:t>
      </w:r>
    </w:p>
    <w:p>
      <w:r>
        <w:t>Número de afiliación a la Seguridad Social: ______________________________</w:t>
      </w:r>
    </w:p>
    <w:p>
      <w:r>
        <w:t>Categoría profesional: ____________________   Convenio colectivo: ____________________</w:t>
      </w:r>
    </w:p>
    <w:p>
      <w:r>
        <w:t>Fecha de alta: ____/____/______        Fecha de baja: ____/____/______</w:t>
      </w:r>
    </w:p>
    <w:p>
      <w:r>
        <w:t>Causa de la extinción: ____________________________________________________</w:t>
      </w:r>
    </w:p>
    <w:p>
      <w:r>
        <w:rPr>
          <w:b/>
          <w:color w:val="1E386B"/>
          <w:sz w:val="26"/>
        </w:rPr>
        <w:t>Liquidación de haberes</w:t>
      </w:r>
    </w:p>
    <w:p>
      <w:r>
        <w:t>1. Días trabajados del mes en curso</w:t>
      </w:r>
    </w:p>
    <w:p>
      <w:r>
        <w:t xml:space="preserve">     (salario bruto mensual / 30) x días trabajados = ______________ euros</w:t>
      </w:r>
    </w:p>
    <w:p/>
    <w:p>
      <w:r>
        <w:t>2. Parte proporcional de las pagas extraordinarias</w:t>
      </w:r>
    </w:p>
    <w:p>
      <w:r>
        <w:t xml:space="preserve">     importe de la paga x días desde el inicio del devengo / días del periodo = ______________ euros</w:t>
      </w:r>
    </w:p>
    <w:p>
      <w:r>
        <w:t xml:space="preserve">     (el periodo de devengo lo fija tu convenio: semestral o anual)</w:t>
      </w:r>
    </w:p>
    <w:p/>
    <w:p>
      <w:r>
        <w:t>3. Vacaciones devengadas y no disfrutadas</w:t>
      </w:r>
    </w:p>
    <w:p>
      <w:r>
        <w:t xml:space="preserve">     ((30 x días trabajados en el año / 365) - días ya disfrutados) x salario diario = ______________ euros</w:t>
      </w:r>
    </w:p>
    <w:p>
      <w:r>
        <w:t xml:space="preserve">     (30 días naturales es el mínimo legal del artículo 38 del Estatuto de los Trabajadores)</w:t>
      </w:r>
    </w:p>
    <w:p/>
    <w:p>
      <w:r>
        <w:t>4. Horas extraordinarias pendientes de pago</w:t>
      </w:r>
    </w:p>
    <w:p>
      <w:r>
        <w:t xml:space="preserve">     número de horas x precio hora del convenio = ______________ euros</w:t>
      </w:r>
    </w:p>
    <w:p/>
    <w:p>
      <w:r>
        <w:t>5. Otros conceptos pendientes (comisiones, pluses, dietas)</w:t>
      </w:r>
    </w:p>
    <w:p>
      <w:r>
        <w:t xml:space="preserve">     ______________________________________________ = ______________ euros</w:t>
      </w:r>
    </w:p>
    <w:p/>
    <w:p>
      <w:r>
        <w:t>TOTAL DEVENGADO (1+2+3+4+5) = ______________ euros</w:t>
      </w:r>
    </w:p>
    <w:p>
      <w:r>
        <w:rPr>
          <w:b/>
          <w:color w:val="1E386B"/>
          <w:sz w:val="26"/>
        </w:rPr>
        <w:t>Indemnización, solo si la extinción da derecho a ella</w:t>
      </w:r>
    </w:p>
    <w:p>
      <w:r>
        <w:t>Despido improcedente: 33 días de salario por año trabajado, máximo 24 mensualidades.</w:t>
      </w:r>
    </w:p>
    <w:p>
      <w:r>
        <w:t>Despido objetivo o colectivo: 20 días de salario por año trabajado, máximo 12 mensualidades.</w:t>
      </w:r>
    </w:p>
    <w:p>
      <w:r>
        <w:t>Fin de contrato temporal: 12 días de salario por año trabajado (no se aplica a contratos</w:t>
      </w:r>
    </w:p>
    <w:p>
      <w:r>
        <w:t>formativos, contrato de sustitución ni fijos discontinuos).</w:t>
      </w:r>
    </w:p>
    <w:p>
      <w:r>
        <w:t>Despido procedente y baja voluntaria: sin indemnización.</w:t>
      </w:r>
    </w:p>
    <w:p/>
    <w:p>
      <w:r>
        <w:t>Importe de la indemnización = ______________ euros</w:t>
      </w:r>
    </w:p>
    <w:p>
      <w:r>
        <w:rPr>
          <w:b/>
          <w:color w:val="1E386B"/>
          <w:sz w:val="26"/>
        </w:rPr>
        <w:t>Deducciones</w:t>
      </w:r>
    </w:p>
    <w:p>
      <w:r>
        <w:t>Retención de IRPF (___ %) = ______________ euros</w:t>
      </w:r>
    </w:p>
    <w:p>
      <w:r>
        <w:t>Cotización a la Seguridad Social = ______________ euros</w:t>
      </w:r>
    </w:p>
    <w:p>
      <w:r>
        <w:t>Descuento por preaviso no cumplido, si el convenio lo prevé = ______________ euros</w:t>
      </w:r>
    </w:p>
    <w:p/>
    <w:p>
      <w:r>
        <w:t>TOTAL LÍQUIDO A PERCIBIR = ______________ euros</w:t>
      </w:r>
    </w:p>
    <w:p>
      <w:r>
        <w:rPr>
          <w:b/>
          <w:color w:val="1E386B"/>
          <w:sz w:val="26"/>
        </w:rPr>
        <w:t>Firma</w:t>
      </w:r>
    </w:p>
    <w:p>
      <w:r>
        <w:t>La persona trabajadora puede solicitar la presencia de un representante legal de los</w:t>
      </w:r>
    </w:p>
    <w:p>
      <w:r>
        <w:t>trabajadores en el momento de la firma, conforme al artículo 49.2 del Estatuto de los</w:t>
      </w:r>
    </w:p>
    <w:p>
      <w:r>
        <w:t>Trabajadores. Marcar lo que corresponda:</w:t>
      </w:r>
    </w:p>
    <w:p/>
    <w:p>
      <w:r>
        <w:t>[  ] Se firma en presencia de un representante legal de los trabajadores.</w:t>
      </w:r>
    </w:p>
    <w:p>
      <w:r>
        <w:t>[  ] La persona trabajadora no ha hecho uso de esta posibilidad.</w:t>
      </w:r>
    </w:p>
    <w:p>
      <w:r>
        <w:t>[  ] La empresa ha impedido la presencia del representante legal.</w:t>
      </w:r>
    </w:p>
    <w:p/>
    <w:p>
      <w:r>
        <w:t>Si no estás de acuerdo con las cantidades, escribe a mano NO CONFORME junto a tu firma.</w:t>
      </w:r>
    </w:p>
    <w:p>
      <w:r>
        <w:t>Dispones de un año desde la extinción para reclamar cantidades y de 20 días hábiles</w:t>
      </w:r>
    </w:p>
    <w:p>
      <w:r>
        <w:t>para impugnar el despido.</w:t>
      </w:r>
    </w:p>
    <w:p/>
    <w:p>
      <w:r>
        <w:t>Firma de la empresa                                    Firma de la persona trabajadora</w:t>
        <w:br/>
        <w:br/>
        <w:br/>
        <w:t>______________________                                 ______________________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