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737360" cy="35945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_blu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37360" cy="3594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hyperlink r:id="rId10">
        <w:r>
          <w:rPr>
            <w:color w:val="1a6ef0"/>
            <w:u w:val="single"/>
          </w:rPr>
          <w:t>tus-ayudas.es</w:t>
        </w:r>
      </w:hyperlink>
    </w:p>
    <w:p>
      <w:pPr>
        <w:jc w:val="center"/>
      </w:pPr>
      <w:r>
        <w:rPr>
          <w:b/>
          <w:color w:val="1E386B"/>
          <w:sz w:val="30"/>
        </w:rPr>
        <w:t>CONTRATO DE PRÉSTAMO ENTRE PARTICULARES (SIN INTERESES)</w:t>
      </w:r>
    </w:p>
    <w:p/>
    <w:p>
      <w:pPr>
        <w:jc w:val="right"/>
      </w:pPr>
      <w:r>
        <w:t>En ____________________, a ______ de ____________________ de 20______.</w:t>
      </w:r>
    </w:p>
    <w:p>
      <w:r>
        <w:rPr>
          <w:b/>
          <w:color w:val="1E386B"/>
          <w:sz w:val="26"/>
        </w:rPr>
        <w:t>REUNIDOS</w:t>
      </w:r>
    </w:p>
    <w:p>
      <w:r>
        <w:t>De una parte, D./Dña. ______________________________, mayor de edad, con DNI/NIE ________________ y domicilio en ______________________________ (en adelante, el PRESTAMISTA).</w:t>
      </w:r>
    </w:p>
    <w:p>
      <w:r>
        <w:t>De otra parte, D./Dña. ______________________________, mayor de edad, con DNI/NIE ________________ y domicilio en ______________________________ (en adelante, el PRESTATARIO).</w:t>
      </w:r>
    </w:p>
    <w:p>
      <w:r>
        <w:t>Ambas partes se reconocen capacidad legal suficiente para contratar y obligarse, y</w:t>
      </w:r>
    </w:p>
    <w:p>
      <w:r>
        <w:rPr>
          <w:b/>
          <w:color w:val="1E386B"/>
          <w:sz w:val="26"/>
        </w:rPr>
        <w:t>EXPONEN</w:t>
      </w:r>
    </w:p>
    <w:p>
      <w:r>
        <w:t>Que el PRESTAMISTA entrega al PRESTATARIO, en concepto de préstamo, la cantidad de ______________ euros (____________ €), que el PRESTATARIO recibe y se compromete a devolver conforme a las siguientes</w:t>
      </w:r>
    </w:p>
    <w:p>
      <w:r>
        <w:rPr>
          <w:b/>
          <w:color w:val="1E386B"/>
          <w:sz w:val="26"/>
        </w:rPr>
        <w:t>CLÁUSULAS</w:t>
      </w:r>
    </w:p>
    <w:p>
      <w:r>
        <w:rPr>
          <w:b/>
        </w:rPr>
        <w:t xml:space="preserve">PRIMERA. Objeto. </w:t>
      </w:r>
      <w:r>
        <w:t>El PRESTAMISTA presta al PRESTATARIO la cantidad de ____________ €, entregada mediante transferencia bancaria a la cuenta ________________________________ en la fecha de la firma de este contrato.</w:t>
      </w:r>
    </w:p>
    <w:p>
      <w:r>
        <w:rPr>
          <w:b/>
        </w:rPr>
        <w:t xml:space="preserve">SEGUNDA. Gratuidad (sin intereses). </w:t>
      </w:r>
      <w:r>
        <w:t>El presente préstamo se pacta SIN intereses (0 %). El PRESTATARIO devolverá únicamente el capital prestado, sin cantidad adicional alguna.</w:t>
      </w:r>
    </w:p>
    <w:p>
      <w:r>
        <w:rPr>
          <w:b/>
        </w:rPr>
        <w:t xml:space="preserve">TERCERA. Plazo y forma de devolución. </w:t>
      </w:r>
      <w:r>
        <w:t>El PRESTATARIO devolverá el importe en el plazo de ______________, mediante ______________ (por ejemplo, cuotas mensuales de ____________ € por transferencia a la cuenta del PRESTAMISTA), finalizando la devolución el ____________________.</w:t>
      </w:r>
    </w:p>
    <w:p>
      <w:r>
        <w:rPr>
          <w:b/>
        </w:rPr>
        <w:t xml:space="preserve">CUARTA. Amortización anticipada. </w:t>
      </w:r>
      <w:r>
        <w:t>El PRESTATARIO podrá devolver anticipadamente, total o parcialmente, la cantidad pendiente sin penalización.</w:t>
      </w:r>
    </w:p>
    <w:p>
      <w:r>
        <w:rPr>
          <w:b/>
        </w:rPr>
        <w:t xml:space="preserve">QUINTA. Impago. </w:t>
      </w:r>
      <w:r>
        <w:t>En caso de impago de ______ cuotas consecutivas, el PRESTAMISTA podrá exigir la devolución de la totalidad de la cantidad pendiente.</w:t>
      </w:r>
    </w:p>
    <w:p>
      <w:r>
        <w:rPr>
          <w:b/>
        </w:rPr>
        <w:t xml:space="preserve">SEXTA. Impuestos. </w:t>
      </w:r>
      <w:r>
        <w:t>La constitución de este préstamo está sujeta pero exenta del Impuesto sobre Transmisiones Patrimoniales (art. 45.I.B).15 del RDLeg 1/1993). No obstante, las partes podrán presentar el Modelo 600 ante la hacienda de su comunidad autónoma en el plazo de 30 días hábiles desde la firma, para dejar constancia oficial del préstamo.</w:t>
      </w:r>
    </w:p>
    <w:p>
      <w:r>
        <w:rPr>
          <w:b/>
        </w:rPr>
        <w:t xml:space="preserve">SÉPTIMA. Legislación y jurisdicción. </w:t>
      </w:r>
      <w:r>
        <w:t>Para cualquier controversia derivada de este contrato, las partes se someten a los juzgados y tribunales del domicilio del PRESTATARIO.</w:t>
      </w:r>
    </w:p>
    <w:p/>
    <w:p>
      <w:r>
        <w:t>Y en prueba de conformidad, ambas partes firman el presente contrato por duplicado y a un solo efecto, en el lugar y fecha indicados.</w:t>
      </w:r>
    </w:p>
    <w:p/>
    <w:p>
      <w:r>
        <w:t>EL PRESTAMISTA                                              EL PRESTATARIO</w:t>
        <w:br/>
        <w:t>Fdo.: ____________________________          Fdo.: ____________________________</w:t>
      </w:r>
    </w:p>
    <w:p/>
    <w:p>
      <w:r>
        <w:rPr>
          <w:i/>
          <w:color w:val="787878"/>
          <w:sz w:val="17"/>
        </w:rPr>
        <w:t>Modelo orientativo facilitado por tus-ayudas.es. No constituye asesoramiento legal ni fiscal; adáptalo a tu caso concreto y, si lo necesitas, consulta a un profesional.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hyperlink" Target="https://tus-ayudas.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